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24346E"/>
          <w:sz w:val="40"/>
          <w:rtl w:val="1"/>
          <w:szCs w:val="40"/>
          <w:bCs/>
        </w:rPr>
        <w:t>🃏 כרטיסיות – מילים של שבת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גוזרים לאורך הקו המקווקו · למשחק זיכרון, התאמה או קיר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94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🍞  חלה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חַלָּה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לחם קלוע (בצורת צמה) שאופים לשבת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challah – braided bread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🕯️  נרות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נֵרוֹת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מדליקים אותם כשהשבת נכנסת, ביום שישי לפני השקיעה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candles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🍷  קידוש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קִדּוּשׁ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ברכה על כוס יין או מיץ ענבים בתחילת ארוחת השבת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kiddush – blessing over wine / juice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✨  הבדלה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הַבְדָּלָה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טקס קצר במוצאי שבת עם נר קלוע, בשמים וכוס – נפרדים מהשבת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havdalah – ceremony when Shabbat ends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👨‍👩‍👧  ארוחה משפחתית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אֲרוּחָה מִשְׁפַּחְתִּית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יושבים יחד סביב השולחן, אוכלים, מדברים ושרים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family meal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😌  מנוחה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מְנוּחָה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זמן לעצור מהעבודה ומהשגרה ולנוח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rest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294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🎶  זמירות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זְמִירוֹת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שירי שבת ששרים סביב השולחן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Shabbat table songs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🌙  מוצאי שבת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מוֹצָאֵי שַׁבָּת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הערב שבו השבת נגמרת ומתחיל שבוע חדש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Saturday evening, when Shabbat ends</w:t>
            </w:r>
          </w:p>
        </w:tc>
      </w:tr>
      <w:tr>
        <w:trPr>
          <w:trHeight w:val="2948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🌅  קבלת שבת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קַבָּלַת שַׁבָּת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מקבלים את השבת ביום שישי בערב – בשירה, בבית או בקהילה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welcoming Shabbat on Friday evening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🤝  קהילה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קְהִלָּה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קבוצת אנשים שמרגישים שייכים יחד ודואגים זה לזה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community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B6280"/>
        <w:sz w:val="18"/>
        <w:rtl w:val="1"/>
        <w:szCs w:val="18"/>
      </w:rPr>
      <w:t>יצרה: רוית ראש בן ישי · 🕯️ השבת העולמית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