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4346E"/>
          <w:sz w:val="40"/>
          <w:rtl w:val="1"/>
          <w:szCs w:val="40"/>
          <w:bCs/>
        </w:rPr>
        <w:t>🕯️ השבת העולמית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רמה: 🌱 יסודי · שבת אחת, כל העולם · 30–31.10.2026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א. צפינו בסרטון – הקיפו את התשובה הנכונה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1. מה זאת שבת עולמית?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חג שבו מתחפשים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שבת אחת שבה יהודים בכל העולם חוגגים יחד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יום ספורט עולמי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2. מה אופים לפני השבת?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עוגת יום הולדת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חלות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פיצה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3. מה עושים מהבצק של החלה?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כדורים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פרחים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צמות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4. מה מדליקים כשהשבת נכנסת?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זיקוקים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נרות שבת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מדורה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5. מה עושים במוצאי שבת, כשהשבת נגמרת?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קידוש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הבדלה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ארוחת בוקר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6. איפה התחיל הרעיון של השבת העולמית?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ביפן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בקוטב הצפוני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בדרום אפריקה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7. מה השאלה בסוף הסרטון?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מה אתם הכי אוהבים בשבת?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מי ניצח במשחק?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מה השעה?</w:t>
      </w: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ב. מילים של שבת – מתחו קו בין המילה להסבר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🍞 חלה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•     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טקס קצר במוצאי שבת עם נר קלוע, בשמים וכוס – נפרדים מהשבת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🕯️ נרות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•     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לחם קלוע (בצורת צמה) שאופים לשבת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🍷 קידוש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•     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זמן לעצור מהעבודה ומהשגרה ולנוח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✨ הבדלה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•     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מדליקים אותם כשהשבת נכנסת, ביום שישי לפני השקיעה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👨‍👩‍👧 ארוחה משפחתית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•     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יושבים יחד סביב השולחן, אוכלים, מדברים ושרים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😌 מנוחה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•     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ברכה על כוס יין או מיץ ענבים בתחילת ארוחת השבת</w:t>
            </w:r>
          </w:p>
        </w:tc>
      </w:tr>
    </w:tbl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ג. שבת סביב העולם – מאיזו קהילה המנה?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5A00"/>
          <w:sz w:val="24"/>
          <w:rtl w:val="1"/>
          <w:szCs w:val="24"/>
        </w:rPr>
        <w:t>🧰 מרוקו · תימן · עיראק · פולין ומזרח אירופה · פרס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המנה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הקהילה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🐟 חריימה – דג חריף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🥐 ג׳חנון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🍗 תבית – עוף עם אורז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🍲 צ׳ולנט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🥟 גונדי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ד. השולחן שלי – ציירו שולחן שבת (או סוף שבוע) וכתבו משאלה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3402"/>
        </w:trP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 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המשאלה שלי: 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בשבת / בסוף השבוע אני הכי אוהב/ת: 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6280"/>
        <w:sz w:val="18"/>
        <w:rtl w:val="1"/>
        <w:szCs w:val="18"/>
      </w:rPr>
      <w:t>יצרה: רוית ראש בן ישי · 🕯️ השבת העולמית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