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80"/>
        <w:jc w:val="right"/>
      </w:pPr>
      <w:r>
        <w:rPr>
          <w:rFonts w:ascii="Arial" w:hAnsi="Arial" w:cs="Arial"/>
          <w:b/>
          <w:color w:val="24346E"/>
          <w:sz w:val="40"/>
          <w:rtl w:val="1"/>
          <w:szCs w:val="40"/>
          <w:bCs/>
        </w:rPr>
        <w:t>🕯️ השבת העולמית – דף עבודה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55555"/>
          <w:sz w:val="22"/>
          <w:rtl w:val="1"/>
          <w:szCs w:val="22"/>
        </w:rPr>
        <w:t>רמה: 🟢 עולים · שבת אחת, כל העולם · 30–31.10.2026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שם: ____________________   כיתה: ________   תאריך: 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7A5A00"/>
          <w:sz w:val="24"/>
          <w:rtl w:val="1"/>
          <w:szCs w:val="24"/>
        </w:rPr>
        <w:t>🧰 🍞 חַלָּה – challah – braided bread · 🕯️ נֵרוֹת – candles · 🍷 קִדּוּשׁ – blessing over wine / grape juice · ✨ הַבְדָּלָה – ceremony when Shabbat ends · 👨‍👩‍👧 אֲרוּחָה מִשְׁפַּחְתִּית – family meal · 😌 מְנוּחָה – rest · 🌍 עוֹלָם – world · 🤝 יַחַד – together · 🏘️ קְהִלָּה – community · 🏠 מִשְׁפָּחָה – family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3B2A6B"/>
          <w:sz w:val="28"/>
          <w:rtl w:val="1"/>
          <w:szCs w:val="28"/>
          <w:bCs/>
        </w:rPr>
        <w:t>א. סַמְּנוּ אֶת הַתְּשׁוּבָה הַנְּכוֹנָה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1. מָה זֹאת שַׁבָּת עוֹלָמִית?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שַׁבָּת אַחַת שֶׁבָּהּ יְהוּדִים בְּכָל הָעוֹלָם חוֹגְגִים יַחַד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חַג שֶׁל תַּחְפּוֹשׂוֹת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יוֹם סְפּוֹרְט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2. מָה אוֹפִים לִפְנֵי הַשַּׁבָּת?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חַלּוֹת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פִּיצָה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עוּגַת יוֹם הֻלֶּדֶת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3. מָה מַדְלִיקִים בְּשַׁבָּת?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נֵרוֹת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זִקּוּקִים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מְדוּרָה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4. מָה עוֹשִׂים בְּמוֹצָאֵי שַׁבָּת?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קִדּוּשׁ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אֲרוּחַת בֹּקֶר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הַבְדָּלָה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5. אֵיפֹה הִתְחִיל הָרַעְיוֹן?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בְּיַפָּן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בְּדָרוֹם אַפְרִיקָה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בְּקָנָדָה</w:t>
      </w:r>
    </w:p>
    <w:p>
      <w:pPr>
        <w:bidi w:val="1"/>
        <w:spacing w:after="20"/>
        <w:jc w:val="right"/>
      </w:pPr>
      <w:r>
        <w:rPr>
          <w:rFonts w:ascii="Arial" w:hAnsi="Arial" w:cs="Arial"/>
          <w:b/>
          <w:sz w:val="24"/>
          <w:rtl w:val="1"/>
          <w:szCs w:val="24"/>
          <w:bCs/>
        </w:rPr>
        <w:t>6. מָה אוֹמְרִים בְּסוֹף הַסִּרְטוֹן?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לַיְלָה טוֹב!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בֹּקֶר טוֹב!</w:t>
      </w:r>
    </w:p>
    <w:p>
      <w:pPr>
        <w:bidi w:val="1"/>
        <w:spacing w:after="2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 xml:space="preserve">     ◯ שַׁבָּת שָׁלוֹם!</w:t>
      </w:r>
    </w:p>
    <w:p>
      <w:r>
        <w:br w:type="page"/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3B2A6B"/>
          <w:sz w:val="28"/>
          <w:rtl w:val="1"/>
          <w:szCs w:val="28"/>
          <w:bCs/>
        </w:rPr>
        <w:t>ב. מִלִּים – כִּתְבוּ אֶת הַמִּלָּה לְיַד הַתְּמוּנָה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rPr>
          <w:trHeight w:val="623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תְּמוּנָה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מִלָּה</w:t>
            </w:r>
          </w:p>
        </w:tc>
      </w:tr>
      <w:tr>
        <w:trPr>
          <w:trHeight w:val="623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🍞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rPr>
          <w:trHeight w:val="623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🕯️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rPr>
          <w:trHeight w:val="623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🍷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rPr>
          <w:trHeight w:val="623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✨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rPr>
          <w:trHeight w:val="623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😌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  <w:tr>
        <w:trPr>
          <w:trHeight w:val="623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👨‍👩‍👧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</w:r>
          </w:p>
        </w:tc>
      </w:tr>
    </w:tbl>
    <w:p>
      <w:pPr>
        <w:bidi w:val="1"/>
        <w:spacing w:after="60"/>
        <w:jc w:val="right"/>
      </w:pPr>
      <w:r>
        <w:rPr>
          <w:rFonts w:ascii="Arial" w:hAnsi="Arial" w:cs="Arial"/>
          <w:b/>
          <w:color w:val="3B2A6B"/>
          <w:sz w:val="28"/>
          <w:rtl w:val="1"/>
          <w:szCs w:val="28"/>
          <w:bCs/>
        </w:rPr>
        <w:t>ג. הַשַּׁבָּת / סוֹף הַשָּׁבוּעַ שֶׁלִּי – הַשְׁלִימוּ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בַּמִּשְׁפָּחָה שֶׁלִּי אוֹכְלִים בְּסוֹף הַשָּׁבוּעַ _______________.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אֲנִי אוֹהֵב / אוֹהֶבֶת לָנוּחַ עִם _______________.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בַּשַּׁבָּת אֲנִי _______________.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בַּמְּדִינָה שֶׁבָּהּ נוֹלַדְתִּי _______________.</w:t>
      </w:r>
    </w:p>
    <w:p>
      <w:pPr>
        <w:bidi w:val="1"/>
        <w:spacing w:after="60"/>
        <w:jc w:val="right"/>
      </w:pPr>
      <w:r>
        <w:rPr>
          <w:rFonts w:ascii="Arial" w:hAnsi="Arial" w:cs="Arial"/>
          <w:b/>
          <w:color w:val="3B2A6B"/>
          <w:sz w:val="28"/>
          <w:rtl w:val="1"/>
          <w:szCs w:val="28"/>
          <w:bCs/>
        </w:rPr>
        <w:t>ד. צַיְּרוּ אֶת הַשֻּׁלְחָן שֶׁלָּכֶם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rPr>
          <w:trHeight w:val="3118"/>
        </w:trPr>
        <w:tc>
          <w:tcPr>
            <w:tcW w:type="dxa" w:w="10206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 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מִשְׁאָלָה: 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rial" w:hAnsi="Arial" w:cs="Arial"/>
        <w:b w:val="0"/>
        <w:color w:val="6B6280"/>
        <w:sz w:val="18"/>
        <w:rtl w:val="1"/>
        <w:szCs w:val="18"/>
      </w:rPr>
      <w:t>יצרה: רוית ראש בן ישי · 🕯️ השבת העולמית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