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4346E"/>
          <w:sz w:val="40"/>
          <w:rtl w:val="1"/>
          <w:szCs w:val="40"/>
          <w:bCs/>
        </w:rPr>
        <w:t>🕯️ השבת העולמית – דף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רמה: 📘 חט״ב · שבת אחת, כל העולם · 30–31.10.2026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א. הבנת הסרטון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1. מי לוקח חלק בשבת העולמית, לפי הסרטון?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רק ילדים בבתי ספר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רק תושבי ירושלים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רק משפחות דתיות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יהודים מכל הארצות ומכל הסגנונות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2. בכמה מקומות מתקיימת השבת העולמית?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בעיר אחת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בשלוש מדינות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במאות ערים בעולם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רק בישראל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3. הסרטון אומר ש"שומרים או חוגגים" את השבת. מה הניסוח הזה מלמד?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שאין לזה חשיבות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שיש דרכים שונות להשתתף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שרק מי ששומר מוזמן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שצריך לבחור צד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4. איזה אירוע גדול מתקיים לפני השבת?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מרוץ אופניים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הצגה בתיאטרון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אפיית חלות והפרשת חלה עם חברים ומשפחה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מכירה פומבית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5. מה עושים סביב השולחן, לפי הסרטון?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צופים בטלוויזיה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משחקים כדורגל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עושים שיעורי בית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שרים זמירות ואוכלים אוכל טעים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6. מה רצה מי שהתחיל את הפרויקט?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שיפסיקו לעבוד כל השבוע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שכולם יעשו פעם אחת ביחד שבת שלמה וישמחו בה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שכולם יעברו לגור באותה עיר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שתהיה תחרות אפייה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7. מה המשמעות של המילים "שומרים או חוגגים" בסרטון? הסבירו במשפט.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ב. אוצר מילים – השלימו את המשפטים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5A00"/>
          <w:sz w:val="24"/>
          <w:rtl w:val="1"/>
          <w:szCs w:val="24"/>
        </w:rPr>
        <w:t>🧰 חלה · נרות · קידוש · הבדלה · מנוחה · זמירות · מוצאי שבת · קהילה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ביום שישי לפני השקיעה מדליקים 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סביב השולחן שרים 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ב__________ עושים __________ ונפרדים מהשבת.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בתחילת הארוחה מברכים __________ על כוס יין או מיץ ענבים.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5. ביום חמישי אופים __________ קלועה.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6. השבת היא זמן של __________ מהשגרה.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7. אנשים שמרגישים שייכים יחד הם __________.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ג. שבת סביב העולם – משווים שתי קהילות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793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קהילה א׳: ________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קהילה ב׳: ________</w:t>
            </w:r>
          </w:p>
        </w:tc>
      </w:tr>
      <w:tr>
        <w:trPr>
          <w:trHeight w:val="793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מאכל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 </w:t>
            </w:r>
          </w:p>
        </w:tc>
      </w:tr>
      <w:tr>
        <w:trPr>
          <w:trHeight w:val="793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מנהג מיוחד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793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מה דומה?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איזה מנהג הייתם רוצים לנסות, ולמה?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ד. מה שבת בשבילי? (5–7 שורות)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5A00"/>
          <w:sz w:val="24"/>
          <w:rtl w:val="1"/>
          <w:szCs w:val="24"/>
        </w:rPr>
        <w:t>🧰 בשבילי שבת היא… · הרגע שאני הכי אוהב/ת בסוף השבוע… · מנוחה בשבילי זה… · מה שמחבר אנשים שונים הוא…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גש״ר מאח״ד: סמנו מה בסוף השבוע מחזק אותי – ☐ גוף ☐ שכל ☐ רגש ☐ מערכת אמונות וערכים ☐ חברה ☐ דמיון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B6280"/>
        <w:sz w:val="18"/>
        <w:rtl w:val="1"/>
        <w:szCs w:val="18"/>
      </w:rPr>
      <w:t>יצרה: רוית ראש בן ישי · 🕯️ השבת העולמית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