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right"/>
      </w:pPr>
      <w:r>
        <w:rPr>
          <w:rFonts w:ascii="Arial" w:hAnsi="Arial" w:cs="Arial"/>
          <w:b/>
          <w:color w:val="24346E"/>
          <w:sz w:val="40"/>
          <w:rtl w:val="1"/>
          <w:szCs w:val="40"/>
          <w:bCs/>
        </w:rPr>
        <w:t>🕯️ השבת העולמית – דף עבודה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55555"/>
          <w:sz w:val="22"/>
          <w:rtl w:val="1"/>
          <w:szCs w:val="22"/>
        </w:rPr>
        <w:t>רמה: ⭐ חנ״מ · שבת אחת, כל העולם · 30–31.10.2026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שם: ____________________   כיתה: ________   תאריך: 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3B2A6B"/>
          <w:sz w:val="28"/>
          <w:rtl w:val="1"/>
          <w:szCs w:val="28"/>
          <w:bCs/>
        </w:rPr>
        <w:t>א. מקיפים את התמונה הנכונה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sz w:val="30"/>
          <w:rtl w:val="1"/>
          <w:szCs w:val="30"/>
          <w:bCs/>
        </w:rPr>
        <w:t>1. מה אופים לשבת?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30"/>
          <w:rtl w:val="1"/>
          <w:szCs w:val="30"/>
        </w:rPr>
        <w:t xml:space="preserve">     ◯ 🍞 חלה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30"/>
          <w:rtl w:val="1"/>
          <w:szCs w:val="30"/>
        </w:rPr>
        <w:t xml:space="preserve">     ◯ 🍕 פיצה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sz w:val="30"/>
          <w:rtl w:val="1"/>
          <w:szCs w:val="30"/>
          <w:bCs/>
        </w:rPr>
        <w:t>2. מה מדליקים?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30"/>
          <w:rtl w:val="1"/>
          <w:szCs w:val="30"/>
        </w:rPr>
        <w:t xml:space="preserve">     ◯ 🕯️ נרות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30"/>
          <w:rtl w:val="1"/>
          <w:szCs w:val="30"/>
        </w:rPr>
        <w:t xml:space="preserve">     ◯ 🎆 זיקוקים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sz w:val="30"/>
          <w:rtl w:val="1"/>
          <w:szCs w:val="30"/>
          <w:bCs/>
        </w:rPr>
        <w:t>3. איך יושבים לארוחה?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30"/>
          <w:rtl w:val="1"/>
          <w:szCs w:val="30"/>
        </w:rPr>
        <w:t xml:space="preserve">     ◯ 👨‍👩‍👧 יחד, סביב שולחן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30"/>
          <w:rtl w:val="1"/>
          <w:szCs w:val="30"/>
        </w:rPr>
        <w:t xml:space="preserve">     ◯ 🏃 בריצה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sz w:val="30"/>
          <w:rtl w:val="1"/>
          <w:szCs w:val="30"/>
          <w:bCs/>
        </w:rPr>
        <w:t>4. מה אומרים בסוף?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30"/>
          <w:rtl w:val="1"/>
          <w:szCs w:val="30"/>
        </w:rPr>
        <w:t xml:space="preserve">     ◯ 👋 שבת שלום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30"/>
          <w:rtl w:val="1"/>
          <w:szCs w:val="30"/>
        </w:rPr>
        <w:t xml:space="preserve">     ◯ 🎂 יום הולדת שמח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3B2A6B"/>
          <w:sz w:val="28"/>
          <w:rtl w:val="1"/>
          <w:szCs w:val="28"/>
          <w:bCs/>
        </w:rPr>
        <w:t>ב. צובעים: מה יש על שולחן השבת?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32"/>
          <w:rtl w:val="1"/>
          <w:szCs w:val="32"/>
        </w:rPr>
        <w:t>🕯️ נרות     🍞 חלה     🍷 כוס     🌸 פרחים     👨‍👩‍👧 משפחה</w:t>
      </w:r>
    </w:p>
    <w:p>
      <w:r>
        <w:br w:type="page"/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3B2A6B"/>
          <w:sz w:val="28"/>
          <w:rtl w:val="1"/>
          <w:szCs w:val="28"/>
          <w:bCs/>
        </w:rPr>
        <w:t>ג. מציירים את השולחן שלי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rPr>
          <w:trHeight w:val="6237"/>
        </w:trPr>
        <w:tc>
          <w:tcPr>
            <w:tcW w:type="dxa" w:w="102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 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b w:val="0"/>
          <w:sz w:val="32"/>
          <w:rtl w:val="1"/>
          <w:szCs w:val="32"/>
        </w:rPr>
        <w:t>בסוף השבוע אני אוהב/ת: 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32"/>
          <w:rtl w:val="1"/>
          <w:szCs w:val="32"/>
        </w:rPr>
        <w:t>שבת שלום! 👋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6B6280"/>
        <w:sz w:val="18"/>
        <w:rtl w:val="1"/>
        <w:szCs w:val="18"/>
      </w:rPr>
      <w:t>יצרה: רוית ראש בן ישי · 🕯️ השבת העולמית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